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79078" w14:textId="27212994" w:rsidR="00702552" w:rsidRPr="00307DBC" w:rsidRDefault="00A25D82" w:rsidP="00A25D82">
      <w:pPr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 w:rsidRPr="00307DBC">
        <w:rPr>
          <w:rFonts w:ascii="Times New Roman" w:hAnsi="Times New Roman" w:cs="Times New Roman"/>
          <w:b/>
          <w:bCs/>
          <w:sz w:val="28"/>
          <w:szCs w:val="28"/>
          <w:lang w:val="nl-NL"/>
        </w:rPr>
        <w:t>Up</w:t>
      </w:r>
      <w:r w:rsidRPr="00307DBC">
        <w:rPr>
          <w:rFonts w:ascii="Times New Roman" w:hAnsi="Times New Roman" w:cs="Times New Roman"/>
          <w:b/>
          <w:bCs/>
          <w:sz w:val="28"/>
          <w:szCs w:val="28"/>
          <w:lang w:val="lt-LT"/>
        </w:rPr>
        <w:t>ės tėkmės greičio matavimas Neryje</w:t>
      </w:r>
    </w:p>
    <w:p w14:paraId="0CA195FB" w14:textId="3F768AB6" w:rsidR="00A25D82" w:rsidRDefault="00504743" w:rsidP="00504743">
      <w:pPr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>Pamokos medžiaga</w:t>
      </w:r>
    </w:p>
    <w:p w14:paraId="3ADD4AFB" w14:textId="77777777" w:rsidR="00504743" w:rsidRPr="00307DBC" w:rsidRDefault="00504743" w:rsidP="00504743">
      <w:pPr>
        <w:rPr>
          <w:rFonts w:ascii="Times New Roman" w:hAnsi="Times New Roman" w:cs="Times New Roman"/>
          <w:sz w:val="24"/>
          <w:szCs w:val="24"/>
          <w:lang w:val="nl-NL"/>
        </w:rPr>
      </w:pPr>
    </w:p>
    <w:p w14:paraId="7B676E81" w14:textId="12834549" w:rsidR="00A25D82" w:rsidRPr="00307DBC" w:rsidRDefault="00A25D82" w:rsidP="00A25D82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307DBC">
        <w:rPr>
          <w:rFonts w:ascii="Times New Roman" w:hAnsi="Times New Roman" w:cs="Times New Roman"/>
          <w:sz w:val="24"/>
          <w:szCs w:val="24"/>
          <w:lang w:val="nl-NL"/>
        </w:rPr>
        <w:t>Turinys:</w:t>
      </w:r>
    </w:p>
    <w:p w14:paraId="6AE94FB3" w14:textId="488D8C56" w:rsidR="00A25D82" w:rsidRPr="00307DBC" w:rsidRDefault="00A25D82" w:rsidP="00A25D8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nl-NL"/>
        </w:rPr>
      </w:pPr>
      <w:r w:rsidRPr="00307DBC">
        <w:rPr>
          <w:rFonts w:ascii="Times New Roman" w:hAnsi="Times New Roman" w:cs="Times New Roman"/>
          <w:sz w:val="24"/>
          <w:szCs w:val="24"/>
          <w:lang w:val="nl-NL"/>
        </w:rPr>
        <w:t>Užduočių lapas</w:t>
      </w:r>
    </w:p>
    <w:p w14:paraId="234F6312" w14:textId="1A7C4A91" w:rsidR="00A25D82" w:rsidRPr="00307DBC" w:rsidRDefault="00A25D82" w:rsidP="00A25D8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nl-NL"/>
        </w:rPr>
      </w:pPr>
      <w:r w:rsidRPr="00307DBC">
        <w:rPr>
          <w:rFonts w:ascii="Times New Roman" w:hAnsi="Times New Roman" w:cs="Times New Roman"/>
          <w:sz w:val="24"/>
          <w:szCs w:val="24"/>
          <w:lang w:val="nl-NL"/>
        </w:rPr>
        <w:t>Atstumo matavimo upėje Google maps pagalba pavyzdys</w:t>
      </w:r>
    </w:p>
    <w:p w14:paraId="1BF42A71" w14:textId="77777777" w:rsidR="00A25D82" w:rsidRPr="00307DBC" w:rsidRDefault="00A25D82" w:rsidP="00A25D82">
      <w:pPr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</w:p>
    <w:p w14:paraId="77056DC4" w14:textId="77777777" w:rsidR="00307DBC" w:rsidRPr="00307DBC" w:rsidRDefault="00307DBC" w:rsidP="00CA708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307DBC">
        <w:rPr>
          <w:rFonts w:ascii="Times New Roman" w:hAnsi="Times New Roman" w:cs="Times New Roman"/>
          <w:b/>
          <w:bCs/>
          <w:sz w:val="24"/>
          <w:szCs w:val="24"/>
          <w:lang w:val="nl-NL"/>
        </w:rPr>
        <w:br w:type="page"/>
      </w:r>
    </w:p>
    <w:p w14:paraId="34A5DD1D" w14:textId="3034DCC0" w:rsidR="002552C7" w:rsidRPr="00307DBC" w:rsidRDefault="00CA7081" w:rsidP="00CA708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307DBC">
        <w:rPr>
          <w:rFonts w:ascii="Times New Roman" w:hAnsi="Times New Roman" w:cs="Times New Roman"/>
          <w:b/>
          <w:bCs/>
          <w:sz w:val="24"/>
          <w:szCs w:val="24"/>
          <w:lang w:val="nl-NL"/>
        </w:rPr>
        <w:lastRenderedPageBreak/>
        <w:t>Neries tekmės greičio matavimas</w:t>
      </w:r>
    </w:p>
    <w:p w14:paraId="7F273CD8" w14:textId="050192AE" w:rsidR="00307DBC" w:rsidRDefault="00000000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307DBC">
        <w:rPr>
          <w:rFonts w:ascii="Times New Roman" w:hAnsi="Times New Roman" w:cs="Times New Roman"/>
          <w:sz w:val="24"/>
          <w:szCs w:val="24"/>
          <w:lang w:val="nl-NL"/>
        </w:rPr>
        <w:t xml:space="preserve">Vardas, pavardė: </w:t>
      </w:r>
    </w:p>
    <w:p w14:paraId="3D8FEE28" w14:textId="77777777" w:rsidR="00672282" w:rsidRPr="00307DBC" w:rsidRDefault="00672282">
      <w:pPr>
        <w:rPr>
          <w:rFonts w:ascii="Times New Roman" w:hAnsi="Times New Roman" w:cs="Times New Roman"/>
          <w:sz w:val="24"/>
          <w:szCs w:val="24"/>
          <w:lang w:val="nl-NL"/>
        </w:rPr>
      </w:pPr>
    </w:p>
    <w:p w14:paraId="6506B973" w14:textId="1AA3C33C" w:rsidR="002552C7" w:rsidRPr="00307DBC" w:rsidRDefault="0000000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07DBC">
        <w:rPr>
          <w:rFonts w:ascii="Times New Roman" w:hAnsi="Times New Roman" w:cs="Times New Roman"/>
          <w:b/>
          <w:bCs/>
          <w:sz w:val="24"/>
          <w:szCs w:val="24"/>
        </w:rPr>
        <w:t>Tyrimo</w:t>
      </w:r>
      <w:proofErr w:type="spellEnd"/>
      <w:r w:rsidRPr="00307D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C3A31" w:rsidRPr="00307DBC">
        <w:rPr>
          <w:rFonts w:ascii="Times New Roman" w:hAnsi="Times New Roman" w:cs="Times New Roman"/>
          <w:b/>
          <w:bCs/>
          <w:sz w:val="24"/>
          <w:szCs w:val="24"/>
        </w:rPr>
        <w:t>tikslas</w:t>
      </w:r>
      <w:proofErr w:type="spellEnd"/>
      <w:r w:rsidR="009C3A31" w:rsidRPr="00307DB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9C3A31" w:rsidRPr="00307DBC">
        <w:rPr>
          <w:rFonts w:ascii="Times New Roman" w:hAnsi="Times New Roman" w:cs="Times New Roman"/>
          <w:sz w:val="24"/>
          <w:szCs w:val="24"/>
        </w:rPr>
        <w:t>išmatuoti</w:t>
      </w:r>
      <w:proofErr w:type="spellEnd"/>
      <w:r w:rsidR="009C3A3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A31" w:rsidRPr="00307DBC">
        <w:rPr>
          <w:rFonts w:ascii="Times New Roman" w:hAnsi="Times New Roman" w:cs="Times New Roman"/>
          <w:sz w:val="24"/>
          <w:szCs w:val="24"/>
        </w:rPr>
        <w:t>Neries</w:t>
      </w:r>
      <w:proofErr w:type="spellEnd"/>
      <w:r w:rsidR="009C3A3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A31" w:rsidRPr="00307DBC">
        <w:rPr>
          <w:rFonts w:ascii="Times New Roman" w:hAnsi="Times New Roman" w:cs="Times New Roman"/>
          <w:sz w:val="24"/>
          <w:szCs w:val="24"/>
        </w:rPr>
        <w:t>ruožo</w:t>
      </w:r>
      <w:proofErr w:type="spellEnd"/>
      <w:r w:rsidR="009C3A31" w:rsidRPr="00307DBC">
        <w:rPr>
          <w:rFonts w:ascii="Times New Roman" w:hAnsi="Times New Roman" w:cs="Times New Roman"/>
          <w:sz w:val="24"/>
          <w:szCs w:val="24"/>
        </w:rPr>
        <w:t xml:space="preserve"> </w:t>
      </w:r>
      <w:r w:rsidR="00307DB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C3A31" w:rsidRPr="00307DBC">
        <w:rPr>
          <w:rFonts w:ascii="Times New Roman" w:hAnsi="Times New Roman" w:cs="Times New Roman"/>
          <w:sz w:val="24"/>
          <w:szCs w:val="24"/>
        </w:rPr>
        <w:t>nuo</w:t>
      </w:r>
      <w:proofErr w:type="spellEnd"/>
      <w:r w:rsidR="009C3A3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081" w:rsidRPr="00307DBC">
        <w:rPr>
          <w:rFonts w:ascii="Times New Roman" w:hAnsi="Times New Roman" w:cs="Times New Roman"/>
          <w:sz w:val="24"/>
          <w:szCs w:val="24"/>
        </w:rPr>
        <w:t>Baltojo</w:t>
      </w:r>
      <w:proofErr w:type="spellEnd"/>
      <w:r w:rsidR="00CA708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081" w:rsidRPr="00307DBC">
        <w:rPr>
          <w:rFonts w:ascii="Times New Roman" w:hAnsi="Times New Roman" w:cs="Times New Roman"/>
          <w:sz w:val="24"/>
          <w:szCs w:val="24"/>
        </w:rPr>
        <w:t>tilto</w:t>
      </w:r>
      <w:proofErr w:type="spellEnd"/>
      <w:r w:rsidR="00CA708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081" w:rsidRPr="00307DBC">
        <w:rPr>
          <w:rFonts w:ascii="Times New Roman" w:hAnsi="Times New Roman" w:cs="Times New Roman"/>
          <w:sz w:val="24"/>
          <w:szCs w:val="24"/>
        </w:rPr>
        <w:t>prieplauk</w:t>
      </w:r>
      <w:r w:rsidR="009C3A31" w:rsidRPr="00307DBC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="009C3A3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A31" w:rsidRPr="00307DBC">
        <w:rPr>
          <w:rFonts w:ascii="Times New Roman" w:hAnsi="Times New Roman" w:cs="Times New Roman"/>
          <w:sz w:val="24"/>
          <w:szCs w:val="24"/>
        </w:rPr>
        <w:t>iki</w:t>
      </w:r>
      <w:proofErr w:type="spellEnd"/>
      <w:r w:rsidR="009C3A3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A31" w:rsidRPr="00307DBC">
        <w:rPr>
          <w:rFonts w:ascii="Times New Roman" w:hAnsi="Times New Roman" w:cs="Times New Roman"/>
          <w:sz w:val="24"/>
          <w:szCs w:val="24"/>
        </w:rPr>
        <w:t>Baltojo</w:t>
      </w:r>
      <w:proofErr w:type="spellEnd"/>
      <w:r w:rsidR="009C3A3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A31" w:rsidRPr="00307DBC">
        <w:rPr>
          <w:rFonts w:ascii="Times New Roman" w:hAnsi="Times New Roman" w:cs="Times New Roman"/>
          <w:sz w:val="24"/>
          <w:szCs w:val="24"/>
        </w:rPr>
        <w:t>tilto</w:t>
      </w:r>
      <w:proofErr w:type="spellEnd"/>
      <w:r w:rsidR="00307DB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07DBC">
        <w:rPr>
          <w:rFonts w:ascii="Times New Roman" w:hAnsi="Times New Roman" w:cs="Times New Roman"/>
          <w:sz w:val="24"/>
          <w:szCs w:val="24"/>
        </w:rPr>
        <w:t>upės</w:t>
      </w:r>
      <w:proofErr w:type="spellEnd"/>
      <w:r w:rsidR="009C3A3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A31" w:rsidRPr="00307DBC">
        <w:rPr>
          <w:rFonts w:ascii="Times New Roman" w:hAnsi="Times New Roman" w:cs="Times New Roman"/>
          <w:sz w:val="24"/>
          <w:szCs w:val="24"/>
        </w:rPr>
        <w:t>tėkmės</w:t>
      </w:r>
      <w:proofErr w:type="spellEnd"/>
      <w:r w:rsidR="009C3A3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A31" w:rsidRPr="00307DBC">
        <w:rPr>
          <w:rFonts w:ascii="Times New Roman" w:hAnsi="Times New Roman" w:cs="Times New Roman"/>
          <w:sz w:val="24"/>
          <w:szCs w:val="24"/>
        </w:rPr>
        <w:t>greitį</w:t>
      </w:r>
      <w:proofErr w:type="spellEnd"/>
      <w:r w:rsidR="009C3A31" w:rsidRPr="00307DB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05618B" w14:textId="4630D73A" w:rsidR="002552C7" w:rsidRPr="00307DBC" w:rsidRDefault="00000000">
      <w:pPr>
        <w:rPr>
          <w:rFonts w:ascii="Times New Roman" w:hAnsi="Times New Roman" w:cs="Times New Roman"/>
          <w:sz w:val="24"/>
          <w:szCs w:val="24"/>
        </w:rPr>
      </w:pPr>
      <w:r w:rsidRPr="00307DBC">
        <w:rPr>
          <w:rFonts w:ascii="Times New Roman" w:hAnsi="Times New Roman" w:cs="Times New Roman"/>
          <w:sz w:val="24"/>
          <w:szCs w:val="24"/>
        </w:rPr>
        <w:t xml:space="preserve">1. Koks </w:t>
      </w:r>
      <w:proofErr w:type="spellStart"/>
      <w:r w:rsidR="009C3A31" w:rsidRPr="00307DBC">
        <w:rPr>
          <w:rFonts w:ascii="Times New Roman" w:hAnsi="Times New Roman" w:cs="Times New Roman"/>
          <w:sz w:val="24"/>
          <w:szCs w:val="24"/>
        </w:rPr>
        <w:t>yra</w:t>
      </w:r>
      <w:proofErr w:type="spellEnd"/>
      <w:r w:rsidR="009C3A3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DBC">
        <w:rPr>
          <w:rFonts w:ascii="Times New Roman" w:hAnsi="Times New Roman" w:cs="Times New Roman"/>
          <w:sz w:val="24"/>
          <w:szCs w:val="24"/>
        </w:rPr>
        <w:t>numatyto</w:t>
      </w:r>
      <w:proofErr w:type="spellEnd"/>
      <w:r w:rsid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DBC">
        <w:rPr>
          <w:rFonts w:ascii="Times New Roman" w:hAnsi="Times New Roman" w:cs="Times New Roman"/>
          <w:sz w:val="24"/>
          <w:szCs w:val="24"/>
        </w:rPr>
        <w:t>ruožo</w:t>
      </w:r>
      <w:proofErr w:type="spellEnd"/>
      <w:r w:rsid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DBC">
        <w:rPr>
          <w:rFonts w:ascii="Times New Roman" w:hAnsi="Times New Roman" w:cs="Times New Roman"/>
          <w:sz w:val="24"/>
          <w:szCs w:val="24"/>
        </w:rPr>
        <w:t>ilgis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>?</w:t>
      </w:r>
      <w:r w:rsidR="00307DBC">
        <w:rPr>
          <w:rFonts w:ascii="Times New Roman" w:hAnsi="Times New Roman" w:cs="Times New Roman"/>
          <w:sz w:val="24"/>
          <w:szCs w:val="24"/>
        </w:rPr>
        <w:t xml:space="preserve"> _________ m.</w:t>
      </w:r>
    </w:p>
    <w:p w14:paraId="121F5B79" w14:textId="38F614F4" w:rsidR="002552C7" w:rsidRPr="00307DBC" w:rsidRDefault="00000000">
      <w:pPr>
        <w:rPr>
          <w:rFonts w:ascii="Times New Roman" w:hAnsi="Times New Roman" w:cs="Times New Roman"/>
          <w:sz w:val="24"/>
          <w:szCs w:val="24"/>
        </w:rPr>
      </w:pPr>
      <w:r w:rsidRPr="00307DBC">
        <w:rPr>
          <w:rFonts w:ascii="Times New Roman" w:hAnsi="Times New Roman" w:cs="Times New Roman"/>
          <w:sz w:val="24"/>
          <w:szCs w:val="24"/>
        </w:rPr>
        <w:t xml:space="preserve">2. Koks yra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apytikslis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Neries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upės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greitis</w:t>
      </w:r>
      <w:proofErr w:type="spellEnd"/>
      <w:r w:rsidR="009C3A3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A31" w:rsidRPr="00307DBC">
        <w:rPr>
          <w:rFonts w:ascii="Times New Roman" w:hAnsi="Times New Roman" w:cs="Times New Roman"/>
          <w:sz w:val="24"/>
          <w:szCs w:val="24"/>
        </w:rPr>
        <w:t>Vilniuje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>?</w:t>
      </w:r>
      <w:r w:rsidR="00307DBC">
        <w:rPr>
          <w:rFonts w:ascii="Times New Roman" w:hAnsi="Times New Roman" w:cs="Times New Roman"/>
          <w:sz w:val="24"/>
          <w:szCs w:val="24"/>
        </w:rPr>
        <w:t xml:space="preserve"> ___________ m/s.</w:t>
      </w:r>
    </w:p>
    <w:p w14:paraId="4B2C6BB9" w14:textId="07CD0D35" w:rsidR="00307DBC" w:rsidRDefault="00307DBC" w:rsidP="00702552">
      <w:pPr>
        <w:rPr>
          <w:rFonts w:ascii="Times New Roman" w:hAnsi="Times New Roman" w:cs="Times New Roman"/>
          <w:color w:val="000000" w:themeColor="text1"/>
          <w:lang w:val="lt-LT"/>
        </w:rPr>
      </w:pPr>
      <w:r>
        <w:rPr>
          <w:rFonts w:ascii="Times New Roman" w:hAnsi="Times New Roman" w:cs="Times New Roman"/>
          <w:noProof/>
          <w:color w:val="000000" w:themeColor="text1"/>
          <w:lang w:val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805244" wp14:editId="10448BF1">
                <wp:simplePos x="0" y="0"/>
                <wp:positionH relativeFrom="column">
                  <wp:posOffset>2908300</wp:posOffset>
                </wp:positionH>
                <wp:positionV relativeFrom="paragraph">
                  <wp:posOffset>246380</wp:posOffset>
                </wp:positionV>
                <wp:extent cx="1968500" cy="330200"/>
                <wp:effectExtent l="0" t="0" r="12700" b="12700"/>
                <wp:wrapNone/>
                <wp:docPr id="21281775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3302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659E9" w14:textId="77777777" w:rsidR="00307DBC" w:rsidRDefault="00307D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80524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9pt;margin-top:19.4pt;width:155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" filled="f" strokecolor="black [3200]" strokeweight="2pt">
                <v:textbox>
                  <w:txbxContent>
                    <w:p w14:paraId="359659E9" w14:textId="77777777" w:rsidR="00307DBC" w:rsidRDefault="00307DBC"/>
                  </w:txbxContent>
                </v:textbox>
              </v:shape>
            </w:pict>
          </mc:Fallback>
        </mc:AlternateContent>
      </w:r>
    </w:p>
    <w:p w14:paraId="0E0B0133" w14:textId="3A1132A0" w:rsidR="00307DBC" w:rsidRDefault="00307DBC" w:rsidP="00702552">
      <w:pPr>
        <w:rPr>
          <w:rFonts w:ascii="Times New Roman" w:hAnsi="Times New Roman" w:cs="Times New Roman"/>
          <w:color w:val="000000" w:themeColor="text1"/>
          <w:lang w:val="lt-LT"/>
        </w:rPr>
      </w:pPr>
      <w:r>
        <w:rPr>
          <w:rFonts w:ascii="Times New Roman" w:hAnsi="Times New Roman" w:cs="Times New Roman"/>
          <w:color w:val="000000" w:themeColor="text1"/>
          <w:lang w:val="lt-LT"/>
        </w:rPr>
        <w:t xml:space="preserve">FIZIKINĖ FORMULĖ KELIO IŠMATAVIMUI:      </w:t>
      </w:r>
      <w:r w:rsidRPr="00307DBC">
        <w:rPr>
          <w:rFonts w:ascii="Times New Roman" w:hAnsi="Times New Roman" w:cs="Times New Roman"/>
          <w:color w:val="000000" w:themeColor="text1"/>
          <w:lang w:val="lt-LT"/>
        </w:rPr>
        <w:t>s (kelias) = v (greitis) x t (laikas)</w:t>
      </w:r>
    </w:p>
    <w:p w14:paraId="22EA9A24" w14:textId="13EAFFE3" w:rsidR="00307DBC" w:rsidRPr="00307DBC" w:rsidRDefault="00307DBC" w:rsidP="0070255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lang w:val="lt-LT"/>
        </w:rPr>
        <w:t xml:space="preserve">Formulė, kuria naudositės greičio matavimui: </w:t>
      </w:r>
    </w:p>
    <w:p w14:paraId="51202420" w14:textId="77777777" w:rsidR="00307DBC" w:rsidRDefault="00307DBC" w:rsidP="0070255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AD3A9A" w14:textId="30B955DF" w:rsidR="002552C7" w:rsidRPr="00307DBC" w:rsidRDefault="00000000" w:rsidP="0070255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07DBC">
        <w:rPr>
          <w:rFonts w:ascii="Times New Roman" w:hAnsi="Times New Roman" w:cs="Times New Roman"/>
          <w:b/>
          <w:bCs/>
          <w:sz w:val="24"/>
          <w:szCs w:val="24"/>
        </w:rPr>
        <w:t>MATAVIMAI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977"/>
        <w:gridCol w:w="4382"/>
      </w:tblGrid>
      <w:tr w:rsidR="002552C7" w:rsidRPr="00307DBC" w14:paraId="284CAFEE" w14:textId="77777777" w:rsidTr="00702552">
        <w:tc>
          <w:tcPr>
            <w:tcW w:w="1271" w:type="dxa"/>
          </w:tcPr>
          <w:p w14:paraId="5AAE0AA6" w14:textId="77777777" w:rsidR="002552C7" w:rsidRPr="00307DBC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7DBC">
              <w:rPr>
                <w:rFonts w:ascii="Times New Roman" w:hAnsi="Times New Roman" w:cs="Times New Roman"/>
                <w:sz w:val="24"/>
                <w:szCs w:val="24"/>
              </w:rPr>
              <w:t>Bandymas</w:t>
            </w:r>
            <w:proofErr w:type="spellEnd"/>
          </w:p>
        </w:tc>
        <w:tc>
          <w:tcPr>
            <w:tcW w:w="2977" w:type="dxa"/>
          </w:tcPr>
          <w:p w14:paraId="61DB60F0" w14:textId="77777777" w:rsidR="002552C7" w:rsidRPr="00307DBC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BC">
              <w:rPr>
                <w:rFonts w:ascii="Times New Roman" w:hAnsi="Times New Roman" w:cs="Times New Roman"/>
                <w:sz w:val="24"/>
                <w:szCs w:val="24"/>
              </w:rPr>
              <w:t xml:space="preserve">Laikas (t, </w:t>
            </w:r>
            <w:r w:rsidRPr="00307D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307D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82" w:type="dxa"/>
          </w:tcPr>
          <w:p w14:paraId="3822C0D6" w14:textId="77777777" w:rsidR="002552C7" w:rsidRPr="00307DBC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BC">
              <w:rPr>
                <w:rFonts w:ascii="Times New Roman" w:hAnsi="Times New Roman" w:cs="Times New Roman"/>
                <w:sz w:val="24"/>
                <w:szCs w:val="24"/>
              </w:rPr>
              <w:t xml:space="preserve">Atstumas (s, </w:t>
            </w:r>
            <w:r w:rsidRPr="00307D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307D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552C7" w:rsidRPr="00307DBC" w14:paraId="158621E6" w14:textId="77777777" w:rsidTr="00702552">
        <w:tc>
          <w:tcPr>
            <w:tcW w:w="1271" w:type="dxa"/>
          </w:tcPr>
          <w:p w14:paraId="2105FD4D" w14:textId="77777777" w:rsidR="002552C7" w:rsidRPr="00307DBC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7DD34384" w14:textId="77777777" w:rsidR="002552C7" w:rsidRPr="00307DBC" w:rsidRDefault="00255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2" w:type="dxa"/>
          </w:tcPr>
          <w:p w14:paraId="2CD22946" w14:textId="77777777" w:rsidR="002552C7" w:rsidRPr="00307DBC" w:rsidRDefault="00255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2C7" w:rsidRPr="00307DBC" w14:paraId="3B232425" w14:textId="77777777" w:rsidTr="00702552">
        <w:tc>
          <w:tcPr>
            <w:tcW w:w="1271" w:type="dxa"/>
          </w:tcPr>
          <w:p w14:paraId="55CF2243" w14:textId="77777777" w:rsidR="002552C7" w:rsidRPr="00307DBC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0662368A" w14:textId="77777777" w:rsidR="002552C7" w:rsidRPr="00307DBC" w:rsidRDefault="00255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2" w:type="dxa"/>
          </w:tcPr>
          <w:p w14:paraId="00D30994" w14:textId="77777777" w:rsidR="002552C7" w:rsidRPr="00307DBC" w:rsidRDefault="00255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2C7" w:rsidRPr="00307DBC" w14:paraId="71A73440" w14:textId="77777777" w:rsidTr="00702552">
        <w:tc>
          <w:tcPr>
            <w:tcW w:w="1271" w:type="dxa"/>
          </w:tcPr>
          <w:p w14:paraId="4E2E6DD1" w14:textId="77777777" w:rsidR="002552C7" w:rsidRPr="00307DBC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6637D014" w14:textId="77777777" w:rsidR="002552C7" w:rsidRPr="00307DBC" w:rsidRDefault="00255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2" w:type="dxa"/>
          </w:tcPr>
          <w:p w14:paraId="0636715A" w14:textId="77777777" w:rsidR="002552C7" w:rsidRPr="00307DBC" w:rsidRDefault="00255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700E1C" w14:textId="4CCDE0BC" w:rsidR="00702552" w:rsidRPr="00307DBC" w:rsidRDefault="00307DBC" w:rsidP="0070255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07DBC">
        <w:rPr>
          <w:rFonts w:ascii="Times New Roman" w:hAnsi="Times New Roman" w:cs="Times New Roman"/>
          <w:i/>
          <w:iCs/>
          <w:sz w:val="24"/>
          <w:szCs w:val="24"/>
        </w:rPr>
        <w:t>Pastaba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07DBC">
        <w:rPr>
          <w:rFonts w:ascii="Times New Roman" w:hAnsi="Times New Roman" w:cs="Times New Roman"/>
          <w:i/>
          <w:iCs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307DBC">
        <w:rPr>
          <w:rFonts w:ascii="Times New Roman" w:hAnsi="Times New Roman" w:cs="Times New Roman"/>
          <w:i/>
          <w:iCs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metrai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765D782" w14:textId="4C15CF67" w:rsidR="002552C7" w:rsidRPr="00672282" w:rsidRDefault="0067228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307DBC" w:rsidRPr="00672282">
        <w:rPr>
          <w:rFonts w:ascii="Times New Roman" w:hAnsi="Times New Roman" w:cs="Times New Roman"/>
          <w:b/>
          <w:bCs/>
          <w:sz w:val="24"/>
          <w:szCs w:val="24"/>
        </w:rPr>
        <w:t>pės</w:t>
      </w:r>
      <w:proofErr w:type="spellEnd"/>
      <w:r w:rsidR="00307DBC" w:rsidRPr="006722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07DBC" w:rsidRPr="00672282">
        <w:rPr>
          <w:rFonts w:ascii="Times New Roman" w:hAnsi="Times New Roman" w:cs="Times New Roman"/>
          <w:b/>
          <w:bCs/>
          <w:sz w:val="24"/>
          <w:szCs w:val="24"/>
        </w:rPr>
        <w:t>tėkmės</w:t>
      </w:r>
      <w:proofErr w:type="spellEnd"/>
      <w:r w:rsidR="00307DBC" w:rsidRPr="006722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07DBC" w:rsidRPr="00672282">
        <w:rPr>
          <w:rFonts w:ascii="Times New Roman" w:hAnsi="Times New Roman" w:cs="Times New Roman"/>
          <w:b/>
          <w:bCs/>
          <w:sz w:val="24"/>
          <w:szCs w:val="24"/>
        </w:rPr>
        <w:t>greitis</w:t>
      </w:r>
      <w:proofErr w:type="spellEnd"/>
      <w:r w:rsidR="00307DBC" w:rsidRPr="0067228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55B037AA" w14:textId="77777777" w:rsidR="00672282" w:rsidRDefault="00672282">
      <w:pPr>
        <w:rPr>
          <w:rFonts w:ascii="Times New Roman" w:hAnsi="Times New Roman" w:cs="Times New Roman"/>
          <w:sz w:val="24"/>
          <w:szCs w:val="24"/>
        </w:rPr>
        <w:sectPr w:rsidR="00672282" w:rsidSect="00307DB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8331432" w14:textId="775CA692" w:rsidR="00307DBC" w:rsidRDefault="00307D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bandymas</w:t>
      </w:r>
      <w:proofErr w:type="spellEnd"/>
      <w:r>
        <w:rPr>
          <w:rFonts w:ascii="Times New Roman" w:hAnsi="Times New Roman" w:cs="Times New Roman"/>
          <w:sz w:val="24"/>
          <w:szCs w:val="24"/>
        </w:rPr>
        <w:t>: ______________ m/s.</w:t>
      </w:r>
    </w:p>
    <w:p w14:paraId="077E2F52" w14:textId="77777777" w:rsidR="00307DBC" w:rsidRDefault="00307DBC" w:rsidP="00307D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bandymas</w:t>
      </w:r>
      <w:proofErr w:type="spellEnd"/>
      <w:r>
        <w:rPr>
          <w:rFonts w:ascii="Times New Roman" w:hAnsi="Times New Roman" w:cs="Times New Roman"/>
          <w:sz w:val="24"/>
          <w:szCs w:val="24"/>
        </w:rPr>
        <w:t>: ______________ m/s.</w:t>
      </w:r>
    </w:p>
    <w:p w14:paraId="1C40719A" w14:textId="2F5D4242" w:rsidR="00307DBC" w:rsidRPr="00307DBC" w:rsidRDefault="00307D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bandymas</w:t>
      </w:r>
      <w:proofErr w:type="spellEnd"/>
      <w:r>
        <w:rPr>
          <w:rFonts w:ascii="Times New Roman" w:hAnsi="Times New Roman" w:cs="Times New Roman"/>
          <w:sz w:val="24"/>
          <w:szCs w:val="24"/>
        </w:rPr>
        <w:t>: ______________ m/s.</w:t>
      </w:r>
    </w:p>
    <w:p w14:paraId="64546B5E" w14:textId="77777777" w:rsidR="00672282" w:rsidRDefault="00000000" w:rsidP="00702552">
      <w:pPr>
        <w:rPr>
          <w:rFonts w:ascii="Times New Roman" w:hAnsi="Times New Roman" w:cs="Times New Roman"/>
          <w:sz w:val="24"/>
          <w:szCs w:val="24"/>
        </w:rPr>
        <w:sectPr w:rsidR="00672282" w:rsidSect="0067228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proofErr w:type="spellStart"/>
      <w:r w:rsidRPr="00307DBC">
        <w:rPr>
          <w:rFonts w:ascii="Times New Roman" w:hAnsi="Times New Roman" w:cs="Times New Roman"/>
          <w:sz w:val="24"/>
          <w:szCs w:val="24"/>
        </w:rPr>
        <w:t>Vidutinis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greitis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>: __________ m/s</w:t>
      </w:r>
      <w:r w:rsidR="00307DBC">
        <w:rPr>
          <w:rFonts w:ascii="Times New Roman" w:hAnsi="Times New Roman" w:cs="Times New Roman"/>
          <w:sz w:val="24"/>
          <w:szCs w:val="24"/>
        </w:rPr>
        <w:t>.</w:t>
      </w:r>
    </w:p>
    <w:p w14:paraId="1DF7D4E9" w14:textId="15A7E398" w:rsidR="00CA7081" w:rsidRPr="00307DBC" w:rsidRDefault="00CA7081" w:rsidP="00702552">
      <w:pPr>
        <w:rPr>
          <w:rFonts w:ascii="Times New Roman" w:hAnsi="Times New Roman" w:cs="Times New Roman"/>
          <w:sz w:val="24"/>
          <w:szCs w:val="24"/>
        </w:rPr>
      </w:pPr>
    </w:p>
    <w:p w14:paraId="486CC5FA" w14:textId="1A3535B0" w:rsidR="002552C7" w:rsidRDefault="00672282" w:rsidP="0070255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REZULTATŲ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APTARIMAS</w:t>
      </w:r>
      <w:proofErr w:type="spellEnd"/>
    </w:p>
    <w:p w14:paraId="13FD18BC" w14:textId="02252F39" w:rsidR="00CF4345" w:rsidRPr="00307DBC" w:rsidRDefault="0000000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07DBC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jūsų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apskaičiuotas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greitis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panašus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į </w:t>
      </w:r>
      <w:proofErr w:type="spellStart"/>
      <w:r w:rsidR="00CA7081" w:rsidRPr="00307DBC">
        <w:rPr>
          <w:rFonts w:ascii="Times New Roman" w:hAnsi="Times New Roman" w:cs="Times New Roman"/>
          <w:sz w:val="24"/>
          <w:szCs w:val="24"/>
        </w:rPr>
        <w:t>straipsnyje</w:t>
      </w:r>
      <w:proofErr w:type="spellEnd"/>
      <w:r w:rsidR="00CA708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081" w:rsidRPr="00307DBC">
        <w:rPr>
          <w:rFonts w:ascii="Times New Roman" w:hAnsi="Times New Roman" w:cs="Times New Roman"/>
          <w:sz w:val="24"/>
          <w:szCs w:val="24"/>
        </w:rPr>
        <w:t>pateiktą</w:t>
      </w:r>
      <w:proofErr w:type="spellEnd"/>
      <w:r w:rsidR="00CA7081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081" w:rsidRPr="00307DBC">
        <w:rPr>
          <w:rFonts w:ascii="Times New Roman" w:hAnsi="Times New Roman" w:cs="Times New Roman"/>
          <w:sz w:val="24"/>
          <w:szCs w:val="24"/>
        </w:rPr>
        <w:t>greitį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? </w:t>
      </w:r>
      <w:r w:rsidR="00672282">
        <w:rPr>
          <w:rFonts w:ascii="Times New Roman" w:hAnsi="Times New Roman" w:cs="Times New Roman"/>
          <w:sz w:val="24"/>
          <w:szCs w:val="24"/>
        </w:rPr>
        <w:t xml:space="preserve">Jei </w:t>
      </w:r>
      <w:proofErr w:type="spellStart"/>
      <w:r w:rsidR="00672282">
        <w:rPr>
          <w:rFonts w:ascii="Times New Roman" w:hAnsi="Times New Roman" w:cs="Times New Roman"/>
          <w:sz w:val="24"/>
          <w:szCs w:val="24"/>
        </w:rPr>
        <w:t>skiriasi</w:t>
      </w:r>
      <w:proofErr w:type="spellEnd"/>
      <w:r w:rsidR="0067228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672282">
        <w:rPr>
          <w:rFonts w:ascii="Times New Roman" w:hAnsi="Times New Roman" w:cs="Times New Roman"/>
          <w:sz w:val="24"/>
          <w:szCs w:val="24"/>
        </w:rPr>
        <w:t>kaip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>?</w:t>
      </w:r>
      <w:r w:rsidRPr="00307DBC">
        <w:rPr>
          <w:rFonts w:ascii="Times New Roman" w:hAnsi="Times New Roman" w:cs="Times New Roman"/>
          <w:sz w:val="24"/>
          <w:szCs w:val="24"/>
        </w:rPr>
        <w:br/>
      </w:r>
    </w:p>
    <w:p w14:paraId="11F29037" w14:textId="6487C613" w:rsidR="00702552" w:rsidRPr="00307DBC" w:rsidRDefault="00702552">
      <w:pPr>
        <w:rPr>
          <w:rFonts w:ascii="Times New Roman" w:hAnsi="Times New Roman" w:cs="Times New Roman"/>
          <w:sz w:val="24"/>
          <w:szCs w:val="24"/>
        </w:rPr>
      </w:pPr>
      <w:r w:rsidRPr="00307DBC">
        <w:rPr>
          <w:rFonts w:ascii="Times New Roman" w:hAnsi="Times New Roman" w:cs="Times New Roman"/>
          <w:sz w:val="24"/>
          <w:szCs w:val="24"/>
        </w:rPr>
        <w:t xml:space="preserve">Kas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galėjo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turėti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įtakos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skirtumams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jei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skirtumų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DBC">
        <w:rPr>
          <w:rFonts w:ascii="Times New Roman" w:hAnsi="Times New Roman" w:cs="Times New Roman"/>
          <w:sz w:val="24"/>
          <w:szCs w:val="24"/>
        </w:rPr>
        <w:t>buvo</w:t>
      </w:r>
      <w:proofErr w:type="spellEnd"/>
      <w:r w:rsidRPr="00307DBC">
        <w:rPr>
          <w:rFonts w:ascii="Times New Roman" w:hAnsi="Times New Roman" w:cs="Times New Roman"/>
          <w:sz w:val="24"/>
          <w:szCs w:val="24"/>
        </w:rPr>
        <w:t>?</w:t>
      </w:r>
    </w:p>
    <w:p w14:paraId="3F90478D" w14:textId="77777777" w:rsidR="00702552" w:rsidRPr="00307DBC" w:rsidRDefault="00702552">
      <w:pPr>
        <w:rPr>
          <w:rFonts w:ascii="Times New Roman" w:hAnsi="Times New Roman" w:cs="Times New Roman"/>
          <w:sz w:val="24"/>
          <w:szCs w:val="24"/>
        </w:rPr>
      </w:pPr>
    </w:p>
    <w:p w14:paraId="48929FBC" w14:textId="638ACCC0" w:rsidR="002552C7" w:rsidRDefault="00000000">
      <w:pPr>
        <w:rPr>
          <w:rFonts w:ascii="Times New Roman" w:hAnsi="Times New Roman" w:cs="Times New Roman"/>
          <w:sz w:val="24"/>
          <w:szCs w:val="24"/>
        </w:rPr>
      </w:pPr>
      <w:r w:rsidRPr="00307DB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307DBC" w:rsidRPr="00307DBC">
        <w:rPr>
          <w:rFonts w:ascii="Times New Roman" w:hAnsi="Times New Roman" w:cs="Times New Roman"/>
          <w:sz w:val="24"/>
          <w:szCs w:val="24"/>
        </w:rPr>
        <w:t>Ką</w:t>
      </w:r>
      <w:proofErr w:type="spellEnd"/>
      <w:r w:rsidR="00307DBC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DBC" w:rsidRPr="00307DBC">
        <w:rPr>
          <w:rFonts w:ascii="Times New Roman" w:hAnsi="Times New Roman" w:cs="Times New Roman"/>
          <w:sz w:val="24"/>
          <w:szCs w:val="24"/>
        </w:rPr>
        <w:t>kitą</w:t>
      </w:r>
      <w:proofErr w:type="spellEnd"/>
      <w:r w:rsidR="00307DBC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DBC" w:rsidRPr="00307DBC">
        <w:rPr>
          <w:rFonts w:ascii="Times New Roman" w:hAnsi="Times New Roman" w:cs="Times New Roman"/>
          <w:sz w:val="24"/>
          <w:szCs w:val="24"/>
        </w:rPr>
        <w:t>kartą</w:t>
      </w:r>
      <w:proofErr w:type="spellEnd"/>
      <w:r w:rsidR="00307DBC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DBC" w:rsidRPr="00307DBC">
        <w:rPr>
          <w:rFonts w:ascii="Times New Roman" w:hAnsi="Times New Roman" w:cs="Times New Roman"/>
          <w:sz w:val="24"/>
          <w:szCs w:val="24"/>
        </w:rPr>
        <w:t>darytumėte</w:t>
      </w:r>
      <w:proofErr w:type="spellEnd"/>
      <w:r w:rsidR="00307DBC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DBC" w:rsidRPr="00307DBC">
        <w:rPr>
          <w:rFonts w:ascii="Times New Roman" w:hAnsi="Times New Roman" w:cs="Times New Roman"/>
          <w:sz w:val="24"/>
          <w:szCs w:val="24"/>
        </w:rPr>
        <w:t>kitaip</w:t>
      </w:r>
      <w:proofErr w:type="spellEnd"/>
      <w:r w:rsidR="00307DBC" w:rsidRPr="00307D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7DBC" w:rsidRPr="00307DBC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="00672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282" w:rsidRPr="00672282">
        <w:rPr>
          <w:rFonts w:ascii="Times New Roman" w:hAnsi="Times New Roman" w:cs="Times New Roman"/>
          <w:sz w:val="24"/>
          <w:szCs w:val="24"/>
        </w:rPr>
        <w:t>upės</w:t>
      </w:r>
      <w:proofErr w:type="spellEnd"/>
      <w:r w:rsidR="00672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282" w:rsidRPr="00672282">
        <w:rPr>
          <w:rFonts w:ascii="Times New Roman" w:hAnsi="Times New Roman" w:cs="Times New Roman"/>
          <w:sz w:val="24"/>
          <w:szCs w:val="24"/>
        </w:rPr>
        <w:t>tėkmės</w:t>
      </w:r>
      <w:proofErr w:type="spellEnd"/>
      <w:r w:rsidR="00672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282">
        <w:rPr>
          <w:rFonts w:ascii="Times New Roman" w:hAnsi="Times New Roman" w:cs="Times New Roman"/>
          <w:sz w:val="24"/>
          <w:szCs w:val="24"/>
        </w:rPr>
        <w:t>greitį</w:t>
      </w:r>
      <w:proofErr w:type="spellEnd"/>
      <w:r w:rsidR="00307DBC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DBC" w:rsidRPr="00307DBC">
        <w:rPr>
          <w:rFonts w:ascii="Times New Roman" w:hAnsi="Times New Roman" w:cs="Times New Roman"/>
          <w:sz w:val="24"/>
          <w:szCs w:val="24"/>
        </w:rPr>
        <w:t>išmatuotumėte</w:t>
      </w:r>
      <w:proofErr w:type="spellEnd"/>
      <w:r w:rsidR="00307DBC" w:rsidRPr="00307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282">
        <w:rPr>
          <w:rFonts w:ascii="Times New Roman" w:hAnsi="Times New Roman" w:cs="Times New Roman"/>
          <w:sz w:val="24"/>
          <w:szCs w:val="24"/>
        </w:rPr>
        <w:t>dar</w:t>
      </w:r>
      <w:proofErr w:type="spellEnd"/>
      <w:r w:rsidR="00672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DBC" w:rsidRPr="00307DBC">
        <w:rPr>
          <w:rFonts w:ascii="Times New Roman" w:hAnsi="Times New Roman" w:cs="Times New Roman"/>
          <w:sz w:val="24"/>
          <w:szCs w:val="24"/>
        </w:rPr>
        <w:t>tiksliau</w:t>
      </w:r>
      <w:proofErr w:type="spellEnd"/>
      <w:r w:rsidR="00672282">
        <w:rPr>
          <w:rFonts w:ascii="Times New Roman" w:hAnsi="Times New Roman" w:cs="Times New Roman"/>
          <w:sz w:val="24"/>
          <w:szCs w:val="24"/>
        </w:rPr>
        <w:t>?</w:t>
      </w:r>
    </w:p>
    <w:p w14:paraId="244733B2" w14:textId="77777777" w:rsidR="00D37479" w:rsidRDefault="00D37479">
      <w:pPr>
        <w:rPr>
          <w:rFonts w:ascii="Times New Roman" w:hAnsi="Times New Roman" w:cs="Times New Roman"/>
          <w:sz w:val="24"/>
          <w:szCs w:val="24"/>
        </w:rPr>
      </w:pPr>
    </w:p>
    <w:p w14:paraId="6B05B80C" w14:textId="77777777" w:rsidR="00D37479" w:rsidRDefault="00D37479">
      <w:pPr>
        <w:rPr>
          <w:rFonts w:ascii="Times New Roman" w:hAnsi="Times New Roman" w:cs="Times New Roman"/>
          <w:sz w:val="24"/>
          <w:szCs w:val="24"/>
        </w:rPr>
      </w:pPr>
    </w:p>
    <w:p w14:paraId="29BB5E83" w14:textId="77777777" w:rsidR="00D37479" w:rsidRDefault="00D37479">
      <w:pPr>
        <w:rPr>
          <w:rFonts w:ascii="Times New Roman" w:hAnsi="Times New Roman" w:cs="Times New Roman"/>
          <w:sz w:val="24"/>
          <w:szCs w:val="24"/>
        </w:rPr>
      </w:pPr>
    </w:p>
    <w:p w14:paraId="2D3CE898" w14:textId="77777777" w:rsidR="00D37479" w:rsidRDefault="00D37479" w:rsidP="00D37479">
      <w:pPr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D37479">
        <w:rPr>
          <w:rFonts w:ascii="Times New Roman" w:hAnsi="Times New Roman" w:cs="Times New Roman"/>
          <w:b/>
          <w:bCs/>
          <w:sz w:val="24"/>
          <w:szCs w:val="24"/>
          <w:lang w:val="nl-NL"/>
        </w:rPr>
        <w:lastRenderedPageBreak/>
        <w:t>Atstumo matavimo upėje Google maps pagalba pavyzdys</w:t>
      </w:r>
    </w:p>
    <w:p w14:paraId="59E1E313" w14:textId="77777777" w:rsidR="00D37479" w:rsidRDefault="00D37479" w:rsidP="00D37479">
      <w:pPr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</w:p>
    <w:p w14:paraId="7AD8F18F" w14:textId="5D3107B9" w:rsidR="00D37479" w:rsidRPr="00D37479" w:rsidRDefault="00D37479" w:rsidP="00D37479">
      <w:pPr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nl-NL"/>
        </w:rPr>
        <w:drawing>
          <wp:inline distT="0" distB="0" distL="0" distR="0" wp14:anchorId="3D3C8C02" wp14:editId="75EE9758">
            <wp:extent cx="6858000" cy="4844415"/>
            <wp:effectExtent l="0" t="0" r="0" b="0"/>
            <wp:docPr id="19585338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FB52" w14:textId="77777777" w:rsidR="00D37479" w:rsidRPr="00307DBC" w:rsidRDefault="00D37479">
      <w:pPr>
        <w:rPr>
          <w:rFonts w:ascii="Times New Roman" w:hAnsi="Times New Roman" w:cs="Times New Roman"/>
          <w:sz w:val="24"/>
          <w:szCs w:val="24"/>
        </w:rPr>
      </w:pPr>
    </w:p>
    <w:sectPr w:rsidR="00D37479" w:rsidRPr="00307DBC" w:rsidSect="0067228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959312C"/>
    <w:multiLevelType w:val="hybridMultilevel"/>
    <w:tmpl w:val="0D6EB3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4C1FC0"/>
    <w:multiLevelType w:val="hybridMultilevel"/>
    <w:tmpl w:val="0D6EB3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3754257">
    <w:abstractNumId w:val="8"/>
  </w:num>
  <w:num w:numId="2" w16cid:durableId="295136869">
    <w:abstractNumId w:val="6"/>
  </w:num>
  <w:num w:numId="3" w16cid:durableId="754860562">
    <w:abstractNumId w:val="5"/>
  </w:num>
  <w:num w:numId="4" w16cid:durableId="106387234">
    <w:abstractNumId w:val="4"/>
  </w:num>
  <w:num w:numId="5" w16cid:durableId="642390010">
    <w:abstractNumId w:val="7"/>
  </w:num>
  <w:num w:numId="6" w16cid:durableId="337855151">
    <w:abstractNumId w:val="3"/>
  </w:num>
  <w:num w:numId="7" w16cid:durableId="331379203">
    <w:abstractNumId w:val="2"/>
  </w:num>
  <w:num w:numId="8" w16cid:durableId="1810051127">
    <w:abstractNumId w:val="1"/>
  </w:num>
  <w:num w:numId="9" w16cid:durableId="1298531057">
    <w:abstractNumId w:val="0"/>
  </w:num>
  <w:num w:numId="10" w16cid:durableId="1593393119">
    <w:abstractNumId w:val="10"/>
  </w:num>
  <w:num w:numId="11" w16cid:durableId="3010865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3A26"/>
    <w:rsid w:val="0006063C"/>
    <w:rsid w:val="0015074B"/>
    <w:rsid w:val="002552C7"/>
    <w:rsid w:val="0029639D"/>
    <w:rsid w:val="00307DBC"/>
    <w:rsid w:val="00326F90"/>
    <w:rsid w:val="00504743"/>
    <w:rsid w:val="00672282"/>
    <w:rsid w:val="00702552"/>
    <w:rsid w:val="009706AD"/>
    <w:rsid w:val="009C3A31"/>
    <w:rsid w:val="00A25D82"/>
    <w:rsid w:val="00AA1D8D"/>
    <w:rsid w:val="00B47730"/>
    <w:rsid w:val="00CA7081"/>
    <w:rsid w:val="00CB0664"/>
    <w:rsid w:val="00CF4345"/>
    <w:rsid w:val="00D26ECC"/>
    <w:rsid w:val="00D37479"/>
    <w:rsid w:val="00E66A1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0C5D20"/>
  <w14:defaultImageDpi w14:val="300"/>
  <w15:docId w15:val="{EE750E23-3778-41E6-AD53-AD4A229FB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CA70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A7081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705</Words>
  <Characters>403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daniele grigaliunaite</cp:lastModifiedBy>
  <cp:revision>9</cp:revision>
  <dcterms:created xsi:type="dcterms:W3CDTF">2026-03-24T11:17:00Z</dcterms:created>
  <dcterms:modified xsi:type="dcterms:W3CDTF">2026-03-24T18:55:00Z</dcterms:modified>
  <cp:category/>
</cp:coreProperties>
</file>