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87DE91" w14:textId="77777777" w:rsidR="003259AC" w:rsidRDefault="003259AC" w:rsidP="00B63D0B">
      <w:pPr>
        <w:rPr>
          <w:rFonts w:ascii="Times New Roman" w:hAnsi="Times New Roman" w:cs="Times New Roman"/>
          <w:b/>
          <w:bCs/>
          <w:lang w:val="lt-LT"/>
        </w:rPr>
      </w:pPr>
    </w:p>
    <w:p w14:paraId="71FA4D5F" w14:textId="77777777" w:rsidR="00F84ADB" w:rsidRDefault="00F84ADB" w:rsidP="00B63D0B">
      <w:pPr>
        <w:rPr>
          <w:rFonts w:ascii="Times New Roman" w:hAnsi="Times New Roman" w:cs="Times New Roman"/>
          <w:b/>
          <w:bCs/>
        </w:rPr>
      </w:pPr>
      <w:proofErr w:type="spellStart"/>
      <w:r w:rsidRPr="00F84ADB">
        <w:rPr>
          <w:rFonts w:ascii="Times New Roman" w:hAnsi="Times New Roman" w:cs="Times New Roman"/>
          <w:b/>
          <w:bCs/>
        </w:rPr>
        <w:t>Tūris</w:t>
      </w:r>
      <w:proofErr w:type="spellEnd"/>
      <w:r w:rsidRPr="00F84AD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84ADB">
        <w:rPr>
          <w:rFonts w:ascii="Times New Roman" w:hAnsi="Times New Roman" w:cs="Times New Roman"/>
          <w:b/>
          <w:bCs/>
        </w:rPr>
        <w:t>gyvai</w:t>
      </w:r>
      <w:proofErr w:type="spellEnd"/>
      <w:r w:rsidRPr="00F84ADB">
        <w:rPr>
          <w:rFonts w:ascii="Times New Roman" w:hAnsi="Times New Roman" w:cs="Times New Roman"/>
          <w:b/>
          <w:bCs/>
        </w:rPr>
        <w:t xml:space="preserve">: </w:t>
      </w:r>
      <w:proofErr w:type="spellStart"/>
      <w:r w:rsidRPr="00F84ADB">
        <w:rPr>
          <w:rFonts w:ascii="Times New Roman" w:hAnsi="Times New Roman" w:cs="Times New Roman"/>
          <w:b/>
          <w:bCs/>
        </w:rPr>
        <w:t>nuo</w:t>
      </w:r>
      <w:proofErr w:type="spellEnd"/>
      <w:r w:rsidRPr="00F84AD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84ADB">
        <w:rPr>
          <w:rFonts w:ascii="Times New Roman" w:hAnsi="Times New Roman" w:cs="Times New Roman"/>
          <w:b/>
          <w:bCs/>
        </w:rPr>
        <w:t>formulės</w:t>
      </w:r>
      <w:proofErr w:type="spellEnd"/>
      <w:r w:rsidRPr="00F84AD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84ADB">
        <w:rPr>
          <w:rFonts w:ascii="Times New Roman" w:hAnsi="Times New Roman" w:cs="Times New Roman"/>
          <w:b/>
          <w:bCs/>
        </w:rPr>
        <w:t>iki</w:t>
      </w:r>
      <w:proofErr w:type="spellEnd"/>
      <w:r w:rsidRPr="00F84AD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84ADB">
        <w:rPr>
          <w:rFonts w:ascii="Times New Roman" w:hAnsi="Times New Roman" w:cs="Times New Roman"/>
          <w:b/>
          <w:bCs/>
        </w:rPr>
        <w:t>realaus</w:t>
      </w:r>
      <w:proofErr w:type="spellEnd"/>
      <w:r w:rsidRPr="00F84AD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84ADB">
        <w:rPr>
          <w:rFonts w:ascii="Times New Roman" w:hAnsi="Times New Roman" w:cs="Times New Roman"/>
          <w:b/>
          <w:bCs/>
        </w:rPr>
        <w:t>objekto</w:t>
      </w:r>
      <w:proofErr w:type="spellEnd"/>
    </w:p>
    <w:p w14:paraId="4ABCB09F" w14:textId="2E118A7B" w:rsidR="00B63D0B" w:rsidRDefault="00B63D0B" w:rsidP="00B63D0B">
      <w:pPr>
        <w:rPr>
          <w:rFonts w:ascii="Times New Roman" w:hAnsi="Times New Roman" w:cs="Times New Roman"/>
          <w:b/>
          <w:bCs/>
          <w:lang w:val="lt-LT"/>
        </w:rPr>
      </w:pPr>
      <w:r>
        <w:rPr>
          <w:rFonts w:ascii="Times New Roman" w:hAnsi="Times New Roman" w:cs="Times New Roman"/>
          <w:b/>
          <w:bCs/>
          <w:lang w:val="lt-LT"/>
        </w:rPr>
        <w:t>Pamokos medžiaga.</w:t>
      </w:r>
    </w:p>
    <w:p w14:paraId="788689E4" w14:textId="77777777" w:rsidR="00B63D0B" w:rsidRDefault="00B63D0B" w:rsidP="00B63D0B">
      <w:pPr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 xml:space="preserve">Čia pateiktos objektų nuotraukos ir užduočių lapas. </w:t>
      </w:r>
    </w:p>
    <w:p w14:paraId="2830CB08" w14:textId="77777777" w:rsidR="00B63D0B" w:rsidRPr="00B63D0B" w:rsidRDefault="00B63D0B" w:rsidP="00B63D0B">
      <w:pPr>
        <w:spacing w:after="160" w:line="278" w:lineRule="auto"/>
        <w:rPr>
          <w:rFonts w:ascii="Times New Roman" w:hAnsi="Times New Roman" w:cs="Times New Roman"/>
        </w:rPr>
      </w:pPr>
    </w:p>
    <w:p w14:paraId="42688988" w14:textId="706F000D" w:rsidR="003259AC" w:rsidRPr="003259AC" w:rsidRDefault="003259AC" w:rsidP="003259A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7628C17" w14:textId="09F3C981" w:rsidR="003259AC" w:rsidRDefault="003259AC" w:rsidP="005F0BA3">
      <w:pPr>
        <w:jc w:val="center"/>
        <w:rPr>
          <w:rFonts w:ascii="Times New Roman" w:hAnsi="Times New Roman" w:cs="Times New Roman"/>
          <w:b/>
          <w:bCs/>
          <w:lang w:val="lt-LT"/>
        </w:rPr>
      </w:pPr>
      <w:r>
        <w:rPr>
          <w:rFonts w:ascii="Times New Roman" w:hAnsi="Times New Roman" w:cs="Times New Roman"/>
          <w:b/>
          <w:bCs/>
          <w:noProof/>
          <w:lang w:val="lt-LT"/>
        </w:rPr>
        <w:lastRenderedPageBreak/>
        <w:drawing>
          <wp:inline distT="0" distB="0" distL="0" distR="0" wp14:anchorId="68860326" wp14:editId="7833A5DD">
            <wp:extent cx="6451600" cy="9131300"/>
            <wp:effectExtent l="0" t="0" r="6350" b="0"/>
            <wp:docPr id="1737741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913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lang w:val="lt-LT"/>
        </w:rPr>
        <w:lastRenderedPageBreak/>
        <w:drawing>
          <wp:inline distT="0" distB="0" distL="0" distR="0" wp14:anchorId="0D276812" wp14:editId="3BD01FEE">
            <wp:extent cx="6456045" cy="7162800"/>
            <wp:effectExtent l="0" t="0" r="1905" b="0"/>
            <wp:docPr id="16421262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lang w:val="lt-LT"/>
        </w:rPr>
        <w:br w:type="page"/>
      </w:r>
    </w:p>
    <w:p w14:paraId="149565CC" w14:textId="77777777" w:rsidR="00F51BD4" w:rsidRDefault="00F51BD4" w:rsidP="00F51BD4">
      <w:pPr>
        <w:jc w:val="center"/>
        <w:rPr>
          <w:rFonts w:ascii="Times New Roman" w:hAnsi="Times New Roman" w:cs="Times New Roman"/>
          <w:b/>
          <w:bCs/>
        </w:rPr>
      </w:pPr>
      <w:proofErr w:type="spellStart"/>
      <w:r w:rsidRPr="00F84ADB">
        <w:rPr>
          <w:rFonts w:ascii="Times New Roman" w:hAnsi="Times New Roman" w:cs="Times New Roman"/>
          <w:b/>
          <w:bCs/>
        </w:rPr>
        <w:lastRenderedPageBreak/>
        <w:t>Tūris</w:t>
      </w:r>
      <w:proofErr w:type="spellEnd"/>
      <w:r w:rsidRPr="00F84AD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84ADB">
        <w:rPr>
          <w:rFonts w:ascii="Times New Roman" w:hAnsi="Times New Roman" w:cs="Times New Roman"/>
          <w:b/>
          <w:bCs/>
        </w:rPr>
        <w:t>gyvai</w:t>
      </w:r>
      <w:proofErr w:type="spellEnd"/>
      <w:r w:rsidRPr="00F84ADB">
        <w:rPr>
          <w:rFonts w:ascii="Times New Roman" w:hAnsi="Times New Roman" w:cs="Times New Roman"/>
          <w:b/>
          <w:bCs/>
        </w:rPr>
        <w:t xml:space="preserve">: </w:t>
      </w:r>
      <w:proofErr w:type="spellStart"/>
      <w:r w:rsidRPr="00F84ADB">
        <w:rPr>
          <w:rFonts w:ascii="Times New Roman" w:hAnsi="Times New Roman" w:cs="Times New Roman"/>
          <w:b/>
          <w:bCs/>
        </w:rPr>
        <w:t>nuo</w:t>
      </w:r>
      <w:proofErr w:type="spellEnd"/>
      <w:r w:rsidRPr="00F84AD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84ADB">
        <w:rPr>
          <w:rFonts w:ascii="Times New Roman" w:hAnsi="Times New Roman" w:cs="Times New Roman"/>
          <w:b/>
          <w:bCs/>
        </w:rPr>
        <w:t>formulės</w:t>
      </w:r>
      <w:proofErr w:type="spellEnd"/>
      <w:r w:rsidRPr="00F84AD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84ADB">
        <w:rPr>
          <w:rFonts w:ascii="Times New Roman" w:hAnsi="Times New Roman" w:cs="Times New Roman"/>
          <w:b/>
          <w:bCs/>
        </w:rPr>
        <w:t>iki</w:t>
      </w:r>
      <w:proofErr w:type="spellEnd"/>
      <w:r w:rsidRPr="00F84AD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84ADB">
        <w:rPr>
          <w:rFonts w:ascii="Times New Roman" w:hAnsi="Times New Roman" w:cs="Times New Roman"/>
          <w:b/>
          <w:bCs/>
        </w:rPr>
        <w:t>realaus</w:t>
      </w:r>
      <w:proofErr w:type="spellEnd"/>
      <w:r w:rsidRPr="00F84AD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84ADB">
        <w:rPr>
          <w:rFonts w:ascii="Times New Roman" w:hAnsi="Times New Roman" w:cs="Times New Roman"/>
          <w:b/>
          <w:bCs/>
        </w:rPr>
        <w:t>objekto</w:t>
      </w:r>
      <w:proofErr w:type="spellEnd"/>
    </w:p>
    <w:p w14:paraId="48848A49" w14:textId="19FACDAF" w:rsidR="00A42C91" w:rsidRPr="00B63D0B" w:rsidRDefault="00000000">
      <w:pPr>
        <w:rPr>
          <w:rFonts w:ascii="Times New Roman" w:hAnsi="Times New Roman" w:cs="Times New Roman"/>
          <w:lang w:val="lt-LT"/>
        </w:rPr>
      </w:pPr>
      <w:r w:rsidRPr="00B63D0B">
        <w:rPr>
          <w:rFonts w:ascii="Times New Roman" w:hAnsi="Times New Roman" w:cs="Times New Roman"/>
          <w:lang w:val="lt-LT"/>
        </w:rPr>
        <w:t>Vardas: ____________________________</w:t>
      </w:r>
    </w:p>
    <w:p w14:paraId="1A256FDF" w14:textId="54A910FA" w:rsidR="00B73A4A" w:rsidRPr="00B63D0B" w:rsidRDefault="00B73A4A" w:rsidP="005F0BA3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lt-LT"/>
        </w:rPr>
      </w:pPr>
      <w:r w:rsidRPr="00B63D0B">
        <w:rPr>
          <w:rFonts w:ascii="Times New Roman" w:hAnsi="Times New Roman" w:cs="Times New Roman"/>
          <w:b/>
          <w:bCs/>
          <w:i/>
          <w:iCs/>
          <w:sz w:val="24"/>
          <w:szCs w:val="24"/>
          <w:lang w:val="lt-LT"/>
        </w:rPr>
        <w:t xml:space="preserve">I dalis </w:t>
      </w:r>
    </w:p>
    <w:p w14:paraId="5008F74F" w14:textId="4DB3474E" w:rsidR="005F0BA3" w:rsidRPr="00B63D0B" w:rsidRDefault="005F0BA3">
      <w:pPr>
        <w:rPr>
          <w:rFonts w:ascii="Times New Roman" w:hAnsi="Times New Roman" w:cs="Times New Roman"/>
          <w:lang w:val="lt-LT"/>
        </w:rPr>
      </w:pPr>
      <w:r w:rsidRPr="00B63D0B">
        <w:rPr>
          <w:rFonts w:ascii="Times New Roman" w:hAnsi="Times New Roman" w:cs="Times New Roman"/>
          <w:lang w:val="lt-LT"/>
        </w:rPr>
        <w:t>Objekt</w:t>
      </w:r>
      <w:r w:rsidR="00B25DCF">
        <w:rPr>
          <w:rFonts w:ascii="Times New Roman" w:hAnsi="Times New Roman" w:cs="Times New Roman"/>
          <w:lang w:val="lt-LT"/>
        </w:rPr>
        <w:t>as</w:t>
      </w:r>
      <w:r w:rsidRPr="00B63D0B">
        <w:rPr>
          <w:rFonts w:ascii="Times New Roman" w:hAnsi="Times New Roman" w:cs="Times New Roman"/>
          <w:lang w:val="lt-LT"/>
        </w:rPr>
        <w:t>: _____</w:t>
      </w:r>
      <w:r w:rsidR="00B25DCF">
        <w:rPr>
          <w:rFonts w:ascii="Times New Roman" w:hAnsi="Times New Roman" w:cs="Times New Roman"/>
          <w:lang w:val="lt-LT"/>
        </w:rPr>
        <w:t>________________________________________________________________________________</w:t>
      </w:r>
    </w:p>
    <w:p w14:paraId="3C0087D5" w14:textId="09294A9E" w:rsidR="00A42C91" w:rsidRPr="00B63D0B" w:rsidRDefault="00B73A4A">
      <w:pPr>
        <w:rPr>
          <w:rFonts w:ascii="Times New Roman" w:hAnsi="Times New Roman" w:cs="Times New Roman"/>
          <w:lang w:val="lt-LT"/>
        </w:rPr>
      </w:pPr>
      <w:r w:rsidRPr="00B63D0B">
        <w:rPr>
          <w:rFonts w:ascii="Times New Roman" w:hAnsi="Times New Roman" w:cs="Times New Roman"/>
          <w:lang w:val="lt-LT"/>
        </w:rPr>
        <w:t>Užpildyk šią lentelę aprašydamas kiekvieną erdvinę figūrą, kuri sudaro jūsų objektą, ir apskaičiuodamas jos tūrį.</w:t>
      </w:r>
    </w:p>
    <w:tbl>
      <w:tblPr>
        <w:tblStyle w:val="TableGrid"/>
        <w:tblW w:w="11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337"/>
        <w:gridCol w:w="4493"/>
        <w:gridCol w:w="3230"/>
      </w:tblGrid>
      <w:tr w:rsidR="00B73A4A" w:rsidRPr="00B63D0B" w14:paraId="27BFECE1" w14:textId="77777777" w:rsidTr="00B63D0B">
        <w:trPr>
          <w:trHeight w:val="10321"/>
        </w:trPr>
        <w:tc>
          <w:tcPr>
            <w:tcW w:w="3337" w:type="dxa"/>
          </w:tcPr>
          <w:p w14:paraId="7B67DC34" w14:textId="489BA36A" w:rsidR="00A42C91" w:rsidRPr="00B63D0B" w:rsidRDefault="00B73A4A" w:rsidP="005F0BA3">
            <w:pPr>
              <w:jc w:val="center"/>
              <w:rPr>
                <w:rFonts w:ascii="Times New Roman" w:hAnsi="Times New Roman" w:cs="Times New Roman"/>
                <w:i/>
                <w:iCs/>
                <w:lang w:val="lt-LT"/>
              </w:rPr>
            </w:pPr>
            <w:r w:rsidRPr="00B63D0B">
              <w:rPr>
                <w:rFonts w:ascii="Times New Roman" w:hAnsi="Times New Roman" w:cs="Times New Roman"/>
                <w:i/>
                <w:iCs/>
                <w:lang w:val="lt-LT"/>
              </w:rPr>
              <w:t>Erdvinė figūra</w:t>
            </w:r>
          </w:p>
        </w:tc>
        <w:tc>
          <w:tcPr>
            <w:tcW w:w="4493" w:type="dxa"/>
          </w:tcPr>
          <w:p w14:paraId="5A77B152" w14:textId="4C71110B" w:rsidR="00A42C91" w:rsidRPr="00B63D0B" w:rsidRDefault="00B63D0B" w:rsidP="005F0BA3">
            <w:pPr>
              <w:jc w:val="center"/>
              <w:rPr>
                <w:rFonts w:ascii="Times New Roman" w:hAnsi="Times New Roman" w:cs="Times New Roman"/>
                <w:i/>
                <w:iCs/>
                <w:lang w:val="lt-LT"/>
              </w:rPr>
            </w:pPr>
            <w:r w:rsidRPr="00B63D0B">
              <w:rPr>
                <w:rFonts w:ascii="Times New Roman" w:hAnsi="Times New Roman" w:cs="Times New Roman"/>
                <w:i/>
                <w:iCs/>
                <w:lang w:val="lt-LT"/>
              </w:rPr>
              <w:t xml:space="preserve">Formulė </w:t>
            </w:r>
            <w:r w:rsidR="00B73A4A" w:rsidRPr="00B63D0B">
              <w:rPr>
                <w:rFonts w:ascii="Times New Roman" w:hAnsi="Times New Roman" w:cs="Times New Roman"/>
                <w:i/>
                <w:iCs/>
                <w:lang w:val="lt-LT"/>
              </w:rPr>
              <w:t>šios figūros</w:t>
            </w:r>
            <w:r w:rsidRPr="00B63D0B">
              <w:rPr>
                <w:rFonts w:ascii="Times New Roman" w:hAnsi="Times New Roman" w:cs="Times New Roman"/>
                <w:i/>
                <w:iCs/>
                <w:lang w:val="lt-LT"/>
              </w:rPr>
              <w:t xml:space="preserve"> tūriui apskaičiuoti</w:t>
            </w:r>
          </w:p>
        </w:tc>
        <w:tc>
          <w:tcPr>
            <w:tcW w:w="3230" w:type="dxa"/>
          </w:tcPr>
          <w:p w14:paraId="3CDA8F80" w14:textId="77777777" w:rsidR="00A42C91" w:rsidRPr="00B63D0B" w:rsidRDefault="00000000" w:rsidP="005F0BA3">
            <w:pPr>
              <w:jc w:val="center"/>
              <w:rPr>
                <w:rFonts w:ascii="Times New Roman" w:hAnsi="Times New Roman" w:cs="Times New Roman"/>
                <w:i/>
                <w:iCs/>
                <w:lang w:val="lt-LT"/>
              </w:rPr>
            </w:pPr>
            <w:r w:rsidRPr="00B63D0B">
              <w:rPr>
                <w:rFonts w:ascii="Times New Roman" w:hAnsi="Times New Roman" w:cs="Times New Roman"/>
                <w:i/>
                <w:iCs/>
                <w:lang w:val="lt-LT"/>
              </w:rPr>
              <w:t>Tūris</w:t>
            </w:r>
          </w:p>
        </w:tc>
      </w:tr>
    </w:tbl>
    <w:p w14:paraId="166F70BF" w14:textId="18F2C910" w:rsidR="00482513" w:rsidRDefault="005F0BA3" w:rsidP="00B63D0B">
      <w:pPr>
        <w:rPr>
          <w:rFonts w:ascii="Times New Roman" w:hAnsi="Times New Roman" w:cs="Times New Roman"/>
          <w:lang w:val="lt-LT"/>
        </w:rPr>
      </w:pPr>
      <w:r w:rsidRPr="00B63D0B">
        <w:rPr>
          <w:rFonts w:ascii="Times New Roman" w:hAnsi="Times New Roman" w:cs="Times New Roman"/>
          <w:lang w:val="lt-LT"/>
        </w:rPr>
        <w:t>Bendras objekto tūris: ___________.</w:t>
      </w:r>
    </w:p>
    <w:p w14:paraId="06A3BB68" w14:textId="3816CEA6" w:rsidR="00222B07" w:rsidRPr="00B63D0B" w:rsidRDefault="00482513">
      <w:pPr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Kokie veiksniai galėjo turėti įtakos jūsų skaičiavimo tikslumui? ____________________________________________________________________________________________________________________________________________________________________________________________________</w:t>
      </w:r>
      <w:r w:rsidR="00B63D0B">
        <w:rPr>
          <w:rFonts w:ascii="Times New Roman" w:hAnsi="Times New Roman" w:cs="Times New Roman"/>
          <w:b/>
          <w:bCs/>
          <w:i/>
          <w:iCs/>
          <w:lang w:val="lt-LT"/>
        </w:rPr>
        <w:br w:type="page"/>
      </w:r>
    </w:p>
    <w:p w14:paraId="5DA6D80E" w14:textId="714D287A" w:rsidR="00FB7611" w:rsidRPr="00B63D0B" w:rsidRDefault="00FB7611" w:rsidP="003259AC">
      <w:pPr>
        <w:jc w:val="center"/>
        <w:rPr>
          <w:rFonts w:ascii="Times New Roman" w:hAnsi="Times New Roman" w:cs="Times New Roman"/>
          <w:b/>
          <w:bCs/>
          <w:i/>
          <w:iCs/>
          <w:lang w:val="lt-LT"/>
        </w:rPr>
      </w:pPr>
      <w:r w:rsidRPr="00B63D0B">
        <w:rPr>
          <w:rFonts w:ascii="Times New Roman" w:hAnsi="Times New Roman" w:cs="Times New Roman"/>
          <w:b/>
          <w:bCs/>
          <w:i/>
          <w:iCs/>
          <w:lang w:val="lt-LT"/>
        </w:rPr>
        <w:lastRenderedPageBreak/>
        <w:t>II dalis</w:t>
      </w:r>
    </w:p>
    <w:p w14:paraId="5D5141C0" w14:textId="676E401D" w:rsidR="00FB7611" w:rsidRPr="00B63D0B" w:rsidRDefault="00222B07">
      <w:pPr>
        <w:rPr>
          <w:rFonts w:ascii="Times New Roman" w:hAnsi="Times New Roman" w:cs="Times New Roman"/>
          <w:b/>
          <w:bCs/>
          <w:lang w:val="lt-LT"/>
        </w:rPr>
      </w:pPr>
      <w:r w:rsidRPr="00B63D0B">
        <w:rPr>
          <w:rFonts w:ascii="Times New Roman" w:hAnsi="Times New Roman" w:cs="Times New Roman"/>
          <w:b/>
          <w:bCs/>
          <w:lang w:val="lt-LT"/>
        </w:rPr>
        <w:t>Atsakyk į klausimus</w:t>
      </w:r>
      <w:r w:rsidR="00B63D0B" w:rsidRPr="00B63D0B">
        <w:rPr>
          <w:rFonts w:ascii="Times New Roman" w:hAnsi="Times New Roman" w:cs="Times New Roman"/>
          <w:b/>
          <w:bCs/>
          <w:lang w:val="lt-LT"/>
        </w:rPr>
        <w:t>.</w:t>
      </w:r>
    </w:p>
    <w:p w14:paraId="5FDCE60C" w14:textId="41D7FC22" w:rsidR="00F84ADB" w:rsidRDefault="00F84ADB" w:rsidP="00F84ADB">
      <w:pPr>
        <w:spacing w:after="160" w:line="278" w:lineRule="auto"/>
        <w:rPr>
          <w:rFonts w:ascii="Times New Roman" w:hAnsi="Times New Roman" w:cs="Times New Roman"/>
          <w:lang w:val="lt-LT"/>
        </w:rPr>
      </w:pPr>
      <w:r w:rsidRPr="00F84ADB">
        <w:rPr>
          <w:rFonts w:ascii="Times New Roman" w:hAnsi="Times New Roman" w:cs="Times New Roman"/>
          <w:lang w:val="lt-LT"/>
        </w:rPr>
        <w:t xml:space="preserve">Kaip sekėsi realų objektą „paversti“ geometrinėmis figūromis? </w:t>
      </w:r>
    </w:p>
    <w:p w14:paraId="3C904657" w14:textId="77777777" w:rsidR="00F84ADB" w:rsidRDefault="00F84ADB" w:rsidP="00F84ADB">
      <w:pPr>
        <w:spacing w:after="160" w:line="278" w:lineRule="auto"/>
        <w:rPr>
          <w:rFonts w:ascii="Times New Roman" w:hAnsi="Times New Roman" w:cs="Times New Roman"/>
          <w:lang w:val="lt-LT"/>
        </w:rPr>
      </w:pPr>
    </w:p>
    <w:p w14:paraId="17B062A1" w14:textId="77777777" w:rsidR="00F84ADB" w:rsidRDefault="00F84ADB" w:rsidP="00F84ADB">
      <w:pPr>
        <w:spacing w:after="160" w:line="278" w:lineRule="auto"/>
        <w:rPr>
          <w:rFonts w:ascii="Times New Roman" w:hAnsi="Times New Roman" w:cs="Times New Roman"/>
          <w:lang w:val="lt-LT"/>
        </w:rPr>
      </w:pPr>
    </w:p>
    <w:p w14:paraId="61AF19B7" w14:textId="77777777" w:rsidR="00F84ADB" w:rsidRPr="00F84ADB" w:rsidRDefault="00F84ADB" w:rsidP="00F84ADB">
      <w:pPr>
        <w:spacing w:after="160" w:line="278" w:lineRule="auto"/>
        <w:rPr>
          <w:rFonts w:ascii="Times New Roman" w:hAnsi="Times New Roman" w:cs="Times New Roman"/>
          <w:lang w:val="lt-LT"/>
        </w:rPr>
      </w:pPr>
    </w:p>
    <w:p w14:paraId="38723C97" w14:textId="1A043D96" w:rsidR="00F84ADB" w:rsidRDefault="00F84ADB" w:rsidP="00F84ADB">
      <w:pPr>
        <w:spacing w:after="160" w:line="278" w:lineRule="auto"/>
        <w:rPr>
          <w:rFonts w:ascii="Times New Roman" w:hAnsi="Times New Roman" w:cs="Times New Roman"/>
          <w:lang w:val="lt-LT"/>
        </w:rPr>
      </w:pPr>
      <w:r w:rsidRPr="00F84ADB">
        <w:rPr>
          <w:rFonts w:ascii="Times New Roman" w:hAnsi="Times New Roman" w:cs="Times New Roman"/>
          <w:lang w:val="lt-LT"/>
        </w:rPr>
        <w:t xml:space="preserve">Kuri užduoties dalis buvo sunkiausia? Kodėl? </w:t>
      </w:r>
    </w:p>
    <w:p w14:paraId="41C1F13B" w14:textId="77777777" w:rsidR="00F84ADB" w:rsidRDefault="00F84ADB" w:rsidP="00F84ADB">
      <w:pPr>
        <w:spacing w:after="160" w:line="278" w:lineRule="auto"/>
        <w:rPr>
          <w:rFonts w:ascii="Times New Roman" w:hAnsi="Times New Roman" w:cs="Times New Roman"/>
          <w:lang w:val="lt-LT"/>
        </w:rPr>
      </w:pPr>
    </w:p>
    <w:p w14:paraId="48DC5BD4" w14:textId="77777777" w:rsidR="00F84ADB" w:rsidRDefault="00F84ADB" w:rsidP="00F84ADB">
      <w:pPr>
        <w:spacing w:after="160" w:line="278" w:lineRule="auto"/>
        <w:rPr>
          <w:rFonts w:ascii="Times New Roman" w:hAnsi="Times New Roman" w:cs="Times New Roman"/>
          <w:lang w:val="lt-LT"/>
        </w:rPr>
      </w:pPr>
    </w:p>
    <w:p w14:paraId="12086AB9" w14:textId="77777777" w:rsidR="00F84ADB" w:rsidRPr="00F84ADB" w:rsidRDefault="00F84ADB" w:rsidP="00F84ADB">
      <w:pPr>
        <w:spacing w:after="160" w:line="278" w:lineRule="auto"/>
        <w:rPr>
          <w:rFonts w:ascii="Times New Roman" w:hAnsi="Times New Roman" w:cs="Times New Roman"/>
          <w:lang w:val="lt-LT"/>
        </w:rPr>
      </w:pPr>
    </w:p>
    <w:p w14:paraId="27E483AC" w14:textId="48BB9D85" w:rsidR="00F84ADB" w:rsidRDefault="00F84ADB" w:rsidP="00F84ADB">
      <w:pPr>
        <w:spacing w:after="160" w:line="278" w:lineRule="auto"/>
        <w:rPr>
          <w:rFonts w:ascii="Times New Roman" w:hAnsi="Times New Roman" w:cs="Times New Roman"/>
          <w:lang w:val="lt-LT"/>
        </w:rPr>
      </w:pPr>
      <w:r w:rsidRPr="00F84ADB">
        <w:rPr>
          <w:rFonts w:ascii="Times New Roman" w:hAnsi="Times New Roman" w:cs="Times New Roman"/>
          <w:lang w:val="lt-LT"/>
        </w:rPr>
        <w:t xml:space="preserve">Ar jūsų gautas tūris, jūsų manymu, yra tikslus? Kodėl taip manote? </w:t>
      </w:r>
    </w:p>
    <w:p w14:paraId="222F6CAD" w14:textId="77777777" w:rsidR="00F84ADB" w:rsidRDefault="00F84ADB" w:rsidP="00F84ADB">
      <w:pPr>
        <w:spacing w:after="160" w:line="278" w:lineRule="auto"/>
        <w:rPr>
          <w:rFonts w:ascii="Times New Roman" w:hAnsi="Times New Roman" w:cs="Times New Roman"/>
          <w:lang w:val="lt-LT"/>
        </w:rPr>
      </w:pPr>
    </w:p>
    <w:p w14:paraId="6EE673CB" w14:textId="77777777" w:rsidR="00F84ADB" w:rsidRDefault="00F84ADB" w:rsidP="00F84ADB">
      <w:pPr>
        <w:spacing w:after="160" w:line="278" w:lineRule="auto"/>
        <w:rPr>
          <w:rFonts w:ascii="Times New Roman" w:hAnsi="Times New Roman" w:cs="Times New Roman"/>
          <w:lang w:val="lt-LT"/>
        </w:rPr>
      </w:pPr>
    </w:p>
    <w:p w14:paraId="258DC326" w14:textId="77777777" w:rsidR="00F84ADB" w:rsidRPr="00F84ADB" w:rsidRDefault="00F84ADB" w:rsidP="00F84ADB">
      <w:pPr>
        <w:spacing w:after="160" w:line="278" w:lineRule="auto"/>
        <w:rPr>
          <w:rFonts w:ascii="Times New Roman" w:hAnsi="Times New Roman" w:cs="Times New Roman"/>
          <w:lang w:val="lt-LT"/>
        </w:rPr>
      </w:pPr>
    </w:p>
    <w:p w14:paraId="049C2F4F" w14:textId="1696EB05" w:rsidR="00F84ADB" w:rsidRPr="00F84ADB" w:rsidRDefault="00F84ADB" w:rsidP="00F84ADB">
      <w:pPr>
        <w:spacing w:after="160" w:line="278" w:lineRule="auto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Kaip ateityje būtų galima dar tiksliau išmatuoti miesto objektų tūrį?</w:t>
      </w:r>
    </w:p>
    <w:p w14:paraId="6EF2ABE9" w14:textId="77777777" w:rsidR="00F84ADB" w:rsidRDefault="00F84ADB" w:rsidP="00F84ADB">
      <w:pPr>
        <w:spacing w:after="160" w:line="278" w:lineRule="auto"/>
        <w:rPr>
          <w:rFonts w:ascii="Times New Roman" w:hAnsi="Times New Roman" w:cs="Times New Roman"/>
          <w:lang w:val="lt-LT"/>
        </w:rPr>
      </w:pPr>
    </w:p>
    <w:p w14:paraId="6DA2322E" w14:textId="77777777" w:rsidR="00F84ADB" w:rsidRDefault="00F84ADB" w:rsidP="00F84ADB">
      <w:pPr>
        <w:spacing w:after="160" w:line="278" w:lineRule="auto"/>
        <w:rPr>
          <w:rFonts w:ascii="Times New Roman" w:hAnsi="Times New Roman" w:cs="Times New Roman"/>
          <w:lang w:val="lt-LT"/>
        </w:rPr>
      </w:pPr>
    </w:p>
    <w:p w14:paraId="024F092E" w14:textId="77777777" w:rsidR="00F84ADB" w:rsidRDefault="00F84ADB" w:rsidP="00F84ADB">
      <w:pPr>
        <w:spacing w:after="160" w:line="278" w:lineRule="auto"/>
        <w:rPr>
          <w:rFonts w:ascii="Times New Roman" w:hAnsi="Times New Roman" w:cs="Times New Roman"/>
          <w:lang w:val="lt-LT"/>
        </w:rPr>
      </w:pPr>
    </w:p>
    <w:p w14:paraId="5202F1AF" w14:textId="40313C91" w:rsidR="00173161" w:rsidRDefault="00F84ADB" w:rsidP="00F84ADB">
      <w:pPr>
        <w:spacing w:after="160" w:line="278" w:lineRule="auto"/>
        <w:rPr>
          <w:rFonts w:ascii="Times New Roman" w:hAnsi="Times New Roman" w:cs="Times New Roman"/>
          <w:lang w:val="lt-LT"/>
        </w:rPr>
      </w:pPr>
      <w:r w:rsidRPr="00F84ADB">
        <w:rPr>
          <w:rFonts w:ascii="Times New Roman" w:hAnsi="Times New Roman" w:cs="Times New Roman"/>
          <w:lang w:val="lt-LT"/>
        </w:rPr>
        <w:t>Kur realiame gyvenime dar galėtumėte pritaikyti šiuos įgūdžius?</w:t>
      </w:r>
    </w:p>
    <w:p w14:paraId="5F40E5EB" w14:textId="77777777" w:rsidR="002C78A0" w:rsidRDefault="002C78A0" w:rsidP="00F84ADB">
      <w:pPr>
        <w:spacing w:after="160" w:line="278" w:lineRule="auto"/>
        <w:rPr>
          <w:rFonts w:ascii="Times New Roman" w:hAnsi="Times New Roman" w:cs="Times New Roman"/>
          <w:lang w:val="lt-LT"/>
        </w:rPr>
      </w:pPr>
    </w:p>
    <w:p w14:paraId="3037B3B3" w14:textId="77777777" w:rsidR="002C78A0" w:rsidRDefault="002C78A0" w:rsidP="00F84ADB">
      <w:pPr>
        <w:spacing w:after="160" w:line="278" w:lineRule="auto"/>
        <w:rPr>
          <w:rFonts w:ascii="Times New Roman" w:hAnsi="Times New Roman" w:cs="Times New Roman"/>
          <w:lang w:val="lt-LT"/>
        </w:rPr>
      </w:pPr>
    </w:p>
    <w:p w14:paraId="60E30145" w14:textId="31F2177D" w:rsidR="002C78A0" w:rsidRPr="00F84ADB" w:rsidRDefault="002C78A0" w:rsidP="00F84ADB">
      <w:pPr>
        <w:spacing w:after="160" w:line="27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lt-LT"/>
        </w:rPr>
        <w:t>Kokių minčių kilo pamokos metu?</w:t>
      </w:r>
    </w:p>
    <w:p w14:paraId="25C14425" w14:textId="77777777" w:rsidR="00173161" w:rsidRDefault="00173161" w:rsidP="00B63D0B">
      <w:pPr>
        <w:spacing w:after="160" w:line="278" w:lineRule="auto"/>
        <w:rPr>
          <w:rFonts w:ascii="Times New Roman" w:hAnsi="Times New Roman" w:cs="Times New Roman"/>
        </w:rPr>
      </w:pPr>
    </w:p>
    <w:p w14:paraId="39CE06D0" w14:textId="77777777" w:rsidR="00173161" w:rsidRDefault="00173161" w:rsidP="00B63D0B">
      <w:pPr>
        <w:spacing w:after="160" w:line="278" w:lineRule="auto"/>
        <w:rPr>
          <w:rFonts w:ascii="Times New Roman" w:hAnsi="Times New Roman" w:cs="Times New Roman"/>
        </w:rPr>
      </w:pPr>
    </w:p>
    <w:p w14:paraId="21F53F3A" w14:textId="77777777" w:rsidR="00222B07" w:rsidRPr="00B63D0B" w:rsidRDefault="00222B07" w:rsidP="00222B07">
      <w:pPr>
        <w:spacing w:after="160" w:line="278" w:lineRule="auto"/>
        <w:rPr>
          <w:rFonts w:ascii="Times New Roman" w:hAnsi="Times New Roman" w:cs="Times New Roman"/>
        </w:rPr>
      </w:pPr>
    </w:p>
    <w:p w14:paraId="4CDD593D" w14:textId="77777777" w:rsidR="00B63D0B" w:rsidRPr="00B63D0B" w:rsidRDefault="00B63D0B" w:rsidP="00222B07">
      <w:pPr>
        <w:spacing w:after="160" w:line="278" w:lineRule="auto"/>
        <w:rPr>
          <w:rFonts w:ascii="Times New Roman" w:hAnsi="Times New Roman" w:cs="Times New Roman"/>
        </w:rPr>
      </w:pPr>
    </w:p>
    <w:p w14:paraId="5F49CF2C" w14:textId="77777777" w:rsidR="00B63D0B" w:rsidRPr="00B63D0B" w:rsidRDefault="00B63D0B" w:rsidP="00222B07">
      <w:pPr>
        <w:spacing w:after="160" w:line="278" w:lineRule="auto"/>
        <w:rPr>
          <w:rFonts w:ascii="Times New Roman" w:hAnsi="Times New Roman" w:cs="Times New Roman"/>
        </w:rPr>
      </w:pPr>
    </w:p>
    <w:p w14:paraId="0E948E4B" w14:textId="76E76C50" w:rsidR="005F0BA3" w:rsidRPr="00B25DCF" w:rsidRDefault="005F0BA3" w:rsidP="00B25DCF">
      <w:pPr>
        <w:spacing w:after="160" w:line="278" w:lineRule="auto"/>
        <w:rPr>
          <w:rFonts w:ascii="Times New Roman" w:hAnsi="Times New Roman" w:cs="Times New Roman"/>
        </w:rPr>
      </w:pPr>
    </w:p>
    <w:sectPr w:rsidR="005F0BA3" w:rsidRPr="00B25DCF" w:rsidSect="005F0BA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07D112F"/>
    <w:multiLevelType w:val="hybridMultilevel"/>
    <w:tmpl w:val="ED882B4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F00EDB"/>
    <w:multiLevelType w:val="hybridMultilevel"/>
    <w:tmpl w:val="7B54C260"/>
    <w:lvl w:ilvl="0" w:tplc="3F446816">
      <w:numFmt w:val="bullet"/>
      <w:lvlText w:val="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5E5B4F"/>
    <w:multiLevelType w:val="multilevel"/>
    <w:tmpl w:val="5426B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8529516">
    <w:abstractNumId w:val="8"/>
  </w:num>
  <w:num w:numId="2" w16cid:durableId="2139757629">
    <w:abstractNumId w:val="6"/>
  </w:num>
  <w:num w:numId="3" w16cid:durableId="856700658">
    <w:abstractNumId w:val="5"/>
  </w:num>
  <w:num w:numId="4" w16cid:durableId="1867480809">
    <w:abstractNumId w:val="4"/>
  </w:num>
  <w:num w:numId="5" w16cid:durableId="967667270">
    <w:abstractNumId w:val="7"/>
  </w:num>
  <w:num w:numId="6" w16cid:durableId="1439178987">
    <w:abstractNumId w:val="3"/>
  </w:num>
  <w:num w:numId="7" w16cid:durableId="997341028">
    <w:abstractNumId w:val="2"/>
  </w:num>
  <w:num w:numId="8" w16cid:durableId="1644577406">
    <w:abstractNumId w:val="1"/>
  </w:num>
  <w:num w:numId="9" w16cid:durableId="1328512617">
    <w:abstractNumId w:val="0"/>
  </w:num>
  <w:num w:numId="10" w16cid:durableId="116263199">
    <w:abstractNumId w:val="11"/>
  </w:num>
  <w:num w:numId="11" w16cid:durableId="1023944987">
    <w:abstractNumId w:val="9"/>
  </w:num>
  <w:num w:numId="12" w16cid:durableId="200168788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73161"/>
    <w:rsid w:val="00222B07"/>
    <w:rsid w:val="0029639D"/>
    <w:rsid w:val="002C78A0"/>
    <w:rsid w:val="002D6CC0"/>
    <w:rsid w:val="003259AC"/>
    <w:rsid w:val="00326F90"/>
    <w:rsid w:val="00482513"/>
    <w:rsid w:val="005F0BA3"/>
    <w:rsid w:val="00812E96"/>
    <w:rsid w:val="009B6B29"/>
    <w:rsid w:val="00A42C91"/>
    <w:rsid w:val="00AA1D8D"/>
    <w:rsid w:val="00B25DCF"/>
    <w:rsid w:val="00B32A1E"/>
    <w:rsid w:val="00B47730"/>
    <w:rsid w:val="00B63D0B"/>
    <w:rsid w:val="00B73A4A"/>
    <w:rsid w:val="00B94799"/>
    <w:rsid w:val="00CB0664"/>
    <w:rsid w:val="00D03AA0"/>
    <w:rsid w:val="00F51BD4"/>
    <w:rsid w:val="00F84ADB"/>
    <w:rsid w:val="00F95C32"/>
    <w:rsid w:val="00FB761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A11896"/>
  <w14:defaultImageDpi w14:val="300"/>
  <w15:docId w15:val="{3D0B0388-EC0E-476C-81BE-8B56A01FB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752</Words>
  <Characters>430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daniele grigaliunaite</cp:lastModifiedBy>
  <cp:revision>9</cp:revision>
  <dcterms:created xsi:type="dcterms:W3CDTF">2026-04-11T14:17:00Z</dcterms:created>
  <dcterms:modified xsi:type="dcterms:W3CDTF">2026-04-15T09:37:00Z</dcterms:modified>
  <cp:category/>
</cp:coreProperties>
</file>